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כבוד (לא לפגוע) לבין אהבת הזולת (לפעול להיטיב)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הפסוק ואהבת לרעך כמוך מתוך הסיפור על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של משפט עוצר למצבי פגיעה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לא לפגוע,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ויקרא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ששנוא עליך אל תעשה לחברך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התיישבה לידו וביקשה עזרה בפיזיקה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מישהו אחר העלה את התמונה, שירה רק ראתה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לא כתבה ולא יצאה, ואז החליטה לכתוב משפט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חלק מהם הגיבו בחיוב, לא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פתחה שיחה כללית בלי להזכיר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הגדירה זאת בעצמה ככה בפתק שכתבה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לפגוע באחר)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(לפעול לטובת האחר כמו לטובתי)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(אדם אחר, מישהו שאינו 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(לעשות טוב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בטוח שעוצר פגיעה ברגע האמת)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חששה מתגובת החברים בקבוצה, פחדה להיראות רגישה מדי או לצאת נגד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כבוד – לעצור את הפגיעה ולמחוק את התמונה; אהבה – ליזום קשר חיובי ולשבת לידו ולעזור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מעשה קונקרטי וישים, כלפי אדם שאינו קרוב, עם הבחנה ברורה בין כבוד לאהבה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משפט אדיב ובטוח שלא מאשים אישית, קורא לעצור, עם 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 – לא לפגוע, אהבה – לפעול להיטיב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כבוד: למחוק את התמונה ולעצור את הצחוק; אהבה: לשבת ליד אדיר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קל יותר לכבד ולאהוב מי שקרוב, האתגר האמיתי הוא כלפי מי שרחוק או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של בניין בן שתי קומות כפי שמוצע בדף, ולסמן עליו דוגמאות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קצר בכיתה על תחושת הקושי של שירה לפני המעבר למטלת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תשובות אישיות אמיתיות, בלי לדרוש שיתוף בקול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ואהבת לרעך כמוך – כבוד ואהבת הזולת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כבוד ומה זה אהבת הזולת. נקרא סיפור קצר ונתרגל מילים ומשפטים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לפגוע באדם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אהבת הזולת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לפעול לטובת מישהו אחר, כמו שהייתי רוצה שיפעלו בשבילי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אחר, מישהו שאינו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להיטיב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טוב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כאב או עלבון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עוצר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בטוח ואדיב שעוצר פגיעה ברגע שהיא קורית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חכם שאמר משפט מפורסם על יחס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בתורה שבו מופיע הפסוק ואהבת לרעך כמוך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כבוד לאהבה?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גבול של לא לפגוע,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ואהבה 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 היא רק כלפי חברים קרובים, כבוד כלפי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כבוד הוא פעולה, אהבה היא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עצרה את הצחוק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אחיו של אדיר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ספר הפסוק?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אמר הלל על יחס לאחרים?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אהוב את עצמך לפני שתאהב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ששנוא עליך אל תעשה לחברך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 את עצמך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תסתכל במצבו של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עשתה שירה למחרת בשביל אדיר?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התלוננה עליו למחנכת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התיישבה לידו וביקשה עזרה בפיזיקה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עליו הודעה נוספת בקבוצה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היא זו שהעלתה לראשונה את התמונה המביכה של אדיר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 לא השתתפה בצחוק מההתחלה, ולבסוף גם כתבה הודעה שעוצרת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חברי הקבוצה הצטרפו מיד לדברי שירה ועצרו את הצחוק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ציינה בשמות מי כתב את ההודעות הפוגעניות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שירה בפתק שכתבה, לעצור את הפגיעה הוא מעשה של 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ואהבת לרעך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כבוד הוא הבסיס – הגבול של 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אהבה היא הקומה השנייה – הפעולה של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שירה כתבה __________ שעצר את הפגיעה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התמונה המביכה של אדיר צולמה בשיעור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בטוח שעוצר פגיעה ברגע האמת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לפגוע באחר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לעשות טוב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להיטיב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לפעול לטובת האחר כמו לטובתי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עוצר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אחר, מישהו שאינו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היה קשה לשירה לכתוב את ההודעה שעוצרת את הצחוק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מעשה הכבוד למעשה האהבה שעשתה שירה כלפי אדיר?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מעשה אחד של כבוד ומעשה אחד של אהבה שתוכלו לעשות השבוע כלפי מישהו שאינו חבר או חברה קרובים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רואים הודעה פוגענית בקבוצה כיתתית. כתבו משפט עוצר שהייתם משתמשים בו, והסבירו 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כבוד לאהבת הזולת?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כבוד ואחת למעשה אהבה מתוך הסיפור על שירה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להתייחס במיוחד למי שאינו חבר או חברה קרובים?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ואהבת לרעך כמוך – כבוד ואהבת הזולת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